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DF48" w14:textId="77777777" w:rsidR="00981150" w:rsidRDefault="001A7B52">
      <w:pPr>
        <w:pStyle w:val="Title"/>
        <w:spacing w:after="160"/>
        <w:jc w:val="center"/>
      </w:pPr>
      <w:r>
        <w:rPr>
          <w:rFonts w:ascii="Verdana" w:hAnsi="Verdana"/>
          <w:b/>
          <w:sz w:val="30"/>
        </w:rPr>
        <w:t>Seminar on Digital Trade for African Members</w:t>
      </w:r>
    </w:p>
    <w:p w14:paraId="3F38A187" w14:textId="77777777" w:rsidR="00981150" w:rsidRDefault="001A7B52">
      <w:pPr>
        <w:jc w:val="center"/>
      </w:pPr>
      <w:r>
        <w:t>1–10 December 2026</w:t>
      </w:r>
    </w:p>
    <w:p w14:paraId="7A997FBF" w14:textId="77777777" w:rsidR="00981150" w:rsidRDefault="001A7B52">
      <w:pPr>
        <w:spacing w:after="200"/>
        <w:jc w:val="center"/>
      </w:pPr>
      <w:r>
        <w:t>Xiamen and Beijing</w:t>
      </w:r>
    </w:p>
    <w:p w14:paraId="6DC6BC11" w14:textId="77777777" w:rsidR="00981150" w:rsidRDefault="001A7B52">
      <w:pPr>
        <w:spacing w:after="160"/>
      </w:pPr>
      <w:r>
        <w:rPr>
          <w:b/>
        </w:rPr>
        <w:t xml:space="preserve">Draft </w:t>
      </w:r>
      <w:proofErr w:type="spellStart"/>
      <w:r>
        <w:rPr>
          <w:b/>
        </w:rPr>
        <w:t>Programme</w:t>
      </w:r>
      <w:proofErr w:type="spellEnd"/>
    </w:p>
    <w:tbl>
      <w:tblPr>
        <w:tblW w:w="0" w:type="auto"/>
        <w:jc w:val="center"/>
        <w:tblCellSpacing w:w="0" w:type="dxa"/>
        <w:tblLayout w:type="fixed"/>
        <w:tblLook w:val="04A0" w:firstRow="1" w:lastRow="0" w:firstColumn="1" w:lastColumn="0" w:noHBand="0" w:noVBand="1"/>
      </w:tblPr>
      <w:tblGrid>
        <w:gridCol w:w="1701"/>
        <w:gridCol w:w="6236"/>
        <w:gridCol w:w="1474"/>
      </w:tblGrid>
      <w:tr w:rsidR="00981150" w14:paraId="6C47D404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29D7C6" w14:textId="7C660E02" w:rsidR="00981150" w:rsidRDefault="007F10C3">
            <w:pPr>
              <w:keepNext/>
              <w:jc w:val="center"/>
            </w:pPr>
            <w:r>
              <w:rPr>
                <w:b/>
              </w:rPr>
              <w:t>Tuesday 1 December 2026</w:t>
            </w:r>
          </w:p>
        </w:tc>
      </w:tr>
      <w:tr w:rsidR="00981150" w14:paraId="72EFFD03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9D9EDB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E405B6" w14:textId="77777777" w:rsidR="00981150" w:rsidRDefault="001A7B52">
            <w:pPr>
              <w:keepNext/>
            </w:pPr>
            <w:r>
              <w:t xml:space="preserve">Discussion Session: Introduction to the Seminar </w:t>
            </w:r>
            <w:proofErr w:type="spellStart"/>
            <w:r>
              <w:t>Programme</w:t>
            </w:r>
            <w:proofErr w:type="spellEnd"/>
            <w:r>
              <w:t xml:space="preserve"> and Icebreaker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BBDBE6" w14:textId="77777777" w:rsidR="00981150" w:rsidRDefault="001A7B52">
            <w:pPr>
              <w:keepNext/>
              <w:jc w:val="center"/>
            </w:pPr>
            <w:r>
              <w:t>Xiamen</w:t>
            </w:r>
          </w:p>
        </w:tc>
      </w:tr>
      <w:tr w:rsidR="00981150" w14:paraId="149762FC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CA62F5" w14:textId="77777777" w:rsidR="00981150" w:rsidRDefault="001A7B52">
            <w:pPr>
              <w:keepNext/>
              <w:jc w:val="center"/>
            </w:pPr>
            <w:r>
              <w:t>12h00 – 13h30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434F69" w14:textId="77777777" w:rsidR="00981150" w:rsidRDefault="001A7B52">
            <w:pPr>
              <w:keepNext/>
            </w:pPr>
            <w:r>
              <w:t>Welcome Luncheon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4A331B" w14:textId="77777777" w:rsidR="00981150" w:rsidRDefault="001A7B52">
            <w:pPr>
              <w:keepNext/>
              <w:jc w:val="center"/>
            </w:pPr>
            <w:r>
              <w:t>Xiamen</w:t>
            </w:r>
          </w:p>
        </w:tc>
      </w:tr>
      <w:tr w:rsidR="00981150" w14:paraId="7D5E459E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BD1EAA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4E0D51" w14:textId="77777777" w:rsidR="00981150" w:rsidRDefault="001A7B52">
            <w:r>
              <w:t>Opening Ceremony (TBD, or Study Visit to E-commerce Enterprises in Xiamen)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61A0B0" w14:textId="77777777" w:rsidR="00981150" w:rsidRDefault="001A7B52">
            <w:pPr>
              <w:jc w:val="center"/>
            </w:pPr>
            <w:r>
              <w:t>Xiamen</w:t>
            </w:r>
          </w:p>
        </w:tc>
      </w:tr>
      <w:tr w:rsidR="00981150" w14:paraId="5B000DD0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ACB09B" w14:textId="0E7EA756" w:rsidR="00981150" w:rsidRDefault="007F10C3">
            <w:pPr>
              <w:keepNext/>
              <w:jc w:val="center"/>
            </w:pPr>
            <w:r>
              <w:rPr>
                <w:b/>
              </w:rPr>
              <w:t>Wednesday 2 December 2026</w:t>
            </w:r>
          </w:p>
        </w:tc>
      </w:tr>
      <w:tr w:rsidR="00981150" w14:paraId="6BCF8252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C1EC6CC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BD389B" w14:textId="77777777" w:rsidR="00981150" w:rsidRDefault="001A7B52">
            <w:pPr>
              <w:keepNext/>
            </w:pPr>
            <w:r>
              <w:t>Exchange with Relevant Local Authorities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316A7F" w14:textId="77777777" w:rsidR="00981150" w:rsidRDefault="001A7B52">
            <w:pPr>
              <w:keepNext/>
              <w:jc w:val="center"/>
            </w:pPr>
            <w:r>
              <w:t>Xiamen</w:t>
            </w:r>
          </w:p>
        </w:tc>
      </w:tr>
      <w:tr w:rsidR="00981150" w14:paraId="6CD9A622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C76B1E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6523F6" w14:textId="77777777" w:rsidR="00981150" w:rsidRDefault="001A7B52">
            <w:r>
              <w:t>Study Visit to E-commerce Enterprises in Xiamen (TBD, or Opening Ceremony)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214179" w14:textId="77777777" w:rsidR="00981150" w:rsidRDefault="001A7B52">
            <w:pPr>
              <w:jc w:val="center"/>
            </w:pPr>
            <w:r>
              <w:t>Xiamen</w:t>
            </w:r>
          </w:p>
        </w:tc>
      </w:tr>
      <w:tr w:rsidR="00981150" w14:paraId="41005BC1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A5C196" w14:textId="06FCBFA5" w:rsidR="00981150" w:rsidRDefault="007F10C3">
            <w:pPr>
              <w:keepNext/>
              <w:jc w:val="center"/>
            </w:pPr>
            <w:r>
              <w:rPr>
                <w:b/>
              </w:rPr>
              <w:t>Thursday 3 December 2026</w:t>
            </w:r>
          </w:p>
        </w:tc>
      </w:tr>
      <w:tr w:rsidR="00981150" w14:paraId="3777BDD3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CCC0CC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0D291A" w14:textId="77777777" w:rsidR="00981150" w:rsidRDefault="001A7B52">
            <w:pPr>
              <w:keepNext/>
            </w:pPr>
            <w:r>
              <w:t>Study Visit: Xiamen Smart Customs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EE9FDE" w14:textId="77777777" w:rsidR="00981150" w:rsidRDefault="001A7B52">
            <w:pPr>
              <w:keepNext/>
              <w:jc w:val="center"/>
            </w:pPr>
            <w:r>
              <w:t>Xiamen</w:t>
            </w:r>
          </w:p>
        </w:tc>
      </w:tr>
      <w:tr w:rsidR="00981150" w14:paraId="77FC3D1B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BA07A5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C3FD11" w14:textId="77777777" w:rsidR="00981150" w:rsidRDefault="001A7B52">
            <w:r>
              <w:t>Study Visit: the BRICS Customs Center of Excellence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D02A87" w14:textId="77777777" w:rsidR="00981150" w:rsidRDefault="001A7B52">
            <w:pPr>
              <w:jc w:val="center"/>
            </w:pPr>
            <w:r>
              <w:t>Xiamen</w:t>
            </w:r>
          </w:p>
        </w:tc>
      </w:tr>
      <w:tr w:rsidR="00981150" w14:paraId="17BB7802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195414" w14:textId="07B265DA" w:rsidR="00981150" w:rsidRDefault="007F10C3">
            <w:pPr>
              <w:keepNext/>
              <w:jc w:val="center"/>
            </w:pPr>
            <w:r>
              <w:rPr>
                <w:b/>
              </w:rPr>
              <w:t>Friday 4 December 2026</w:t>
            </w:r>
          </w:p>
        </w:tc>
      </w:tr>
      <w:tr w:rsidR="00981150" w14:paraId="672F3448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F7980E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9114D2" w14:textId="77777777" w:rsidR="00981150" w:rsidRDefault="001A7B52">
            <w:pPr>
              <w:keepNext/>
            </w:pPr>
            <w:r>
              <w:t>Study Visit: E-commerce Enterprise in Xiamen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D89DEC" w14:textId="77777777" w:rsidR="00981150" w:rsidRDefault="001A7B52">
            <w:pPr>
              <w:keepNext/>
              <w:jc w:val="center"/>
            </w:pPr>
            <w:r>
              <w:t>Xiamen</w:t>
            </w:r>
          </w:p>
        </w:tc>
      </w:tr>
      <w:tr w:rsidR="00981150" w14:paraId="45B93332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F5AE49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2BF13A" w14:textId="77777777" w:rsidR="00981150" w:rsidRDefault="001A7B52">
            <w:r>
              <w:t>Study Visit: Rural E-commerce Platform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D1F538" w14:textId="77777777" w:rsidR="00981150" w:rsidRDefault="001A7B52">
            <w:pPr>
              <w:jc w:val="center"/>
            </w:pPr>
            <w:r>
              <w:t>Xiamen</w:t>
            </w:r>
          </w:p>
        </w:tc>
      </w:tr>
      <w:tr w:rsidR="00981150" w14:paraId="24330F27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FBAD44" w14:textId="2CCDECF2" w:rsidR="00981150" w:rsidRDefault="007F10C3">
            <w:pPr>
              <w:keepNext/>
              <w:jc w:val="center"/>
            </w:pPr>
            <w:r>
              <w:rPr>
                <w:b/>
              </w:rPr>
              <w:t>Saturday 5 December 2026</w:t>
            </w:r>
          </w:p>
        </w:tc>
      </w:tr>
      <w:tr w:rsidR="00981150" w14:paraId="7B42F122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D911F9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937040" w14:textId="77777777" w:rsidR="00981150" w:rsidRDefault="001A7B52">
            <w:pPr>
              <w:keepNext/>
            </w:pPr>
            <w:r>
              <w:t>Study Visit: Local Commercial Market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460537" w14:textId="77777777" w:rsidR="00981150" w:rsidRDefault="001A7B52">
            <w:pPr>
              <w:keepNext/>
              <w:jc w:val="center"/>
            </w:pPr>
            <w:r>
              <w:t>Xiamen</w:t>
            </w:r>
          </w:p>
        </w:tc>
      </w:tr>
      <w:tr w:rsidR="00981150" w14:paraId="2EE4ABFE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29A39B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764DB3" w14:textId="77777777" w:rsidR="00981150" w:rsidRDefault="001A7B52">
            <w:r>
              <w:t>Xiamen–Beijing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8F7E15" w14:textId="77777777" w:rsidR="00981150" w:rsidRDefault="001A7B52">
            <w:pPr>
              <w:jc w:val="center"/>
            </w:pPr>
            <w:r>
              <w:t>Beijing</w:t>
            </w:r>
          </w:p>
        </w:tc>
      </w:tr>
    </w:tbl>
    <w:p w14:paraId="15A70A3D" w14:textId="77777777" w:rsidR="00981150" w:rsidRDefault="00981150">
      <w:pPr>
        <w:keepNext/>
        <w:spacing w:line="140" w:lineRule="exact"/>
      </w:pPr>
    </w:p>
    <w:p w14:paraId="44408D44" w14:textId="77777777" w:rsidR="00981150" w:rsidRDefault="001A7B52">
      <w:r>
        <w:br w:type="page"/>
      </w:r>
    </w:p>
    <w:p w14:paraId="7B785200" w14:textId="77777777" w:rsidR="00981150" w:rsidRDefault="001A7B52">
      <w:pPr>
        <w:spacing w:after="160"/>
      </w:pPr>
      <w:r>
        <w:rPr>
          <w:b/>
        </w:rPr>
        <w:lastRenderedPageBreak/>
        <w:t xml:space="preserve">Draft </w:t>
      </w:r>
      <w:proofErr w:type="spellStart"/>
      <w:r>
        <w:rPr>
          <w:b/>
        </w:rPr>
        <w:t>Programme</w:t>
      </w:r>
      <w:proofErr w:type="spellEnd"/>
    </w:p>
    <w:tbl>
      <w:tblPr>
        <w:tblW w:w="0" w:type="auto"/>
        <w:jc w:val="center"/>
        <w:tblCellSpacing w:w="0" w:type="dxa"/>
        <w:tblLayout w:type="fixed"/>
        <w:tblLook w:val="04A0" w:firstRow="1" w:lastRow="0" w:firstColumn="1" w:lastColumn="0" w:noHBand="0" w:noVBand="1"/>
      </w:tblPr>
      <w:tblGrid>
        <w:gridCol w:w="1701"/>
        <w:gridCol w:w="6236"/>
        <w:gridCol w:w="1474"/>
      </w:tblGrid>
      <w:tr w:rsidR="00981150" w14:paraId="4FEA08FC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1EEC435" w14:textId="6A88420A" w:rsidR="00981150" w:rsidRDefault="007F10C3">
            <w:pPr>
              <w:keepNext/>
              <w:jc w:val="center"/>
            </w:pPr>
            <w:r>
              <w:rPr>
                <w:b/>
              </w:rPr>
              <w:t>Sunday 6 December 2026</w:t>
            </w:r>
          </w:p>
        </w:tc>
      </w:tr>
      <w:tr w:rsidR="00981150" w14:paraId="1DEF4600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677C51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192848" w14:textId="77777777" w:rsidR="00981150" w:rsidRDefault="001A7B52">
            <w:pPr>
              <w:keepNext/>
            </w:pPr>
            <w:r>
              <w:t>Study Visit (TBD)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2B51D5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46B1CFB4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5D3DDF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1B85FB" w14:textId="77777777" w:rsidR="00981150" w:rsidRDefault="001A7B52">
            <w:r>
              <w:t>Study Visit (TBD)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EFAC4D" w14:textId="77777777" w:rsidR="00981150" w:rsidRDefault="001A7B52">
            <w:pPr>
              <w:jc w:val="center"/>
            </w:pPr>
            <w:r>
              <w:t>Beijing</w:t>
            </w:r>
          </w:p>
        </w:tc>
      </w:tr>
      <w:tr w:rsidR="00981150" w14:paraId="21D9BF12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C6E8B2" w14:textId="0EA4C443" w:rsidR="00981150" w:rsidRDefault="007F10C3">
            <w:pPr>
              <w:keepNext/>
              <w:jc w:val="center"/>
            </w:pPr>
            <w:r>
              <w:rPr>
                <w:b/>
              </w:rPr>
              <w:t>Monday 7 December 2026</w:t>
            </w:r>
          </w:p>
        </w:tc>
      </w:tr>
      <w:tr w:rsidR="00981150" w14:paraId="386E7F00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83D72D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E2B7AF" w14:textId="77777777" w:rsidR="00981150" w:rsidRDefault="001A7B52">
            <w:pPr>
              <w:keepNext/>
            </w:pPr>
            <w:r>
              <w:t>Lecture 1: Overview of China's National Conditions and Chinese Modernization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AD825A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4D5AA847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0B07B5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336306" w14:textId="77777777" w:rsidR="00981150" w:rsidRDefault="001A7B52">
            <w:r>
              <w:t>Lecture 2: Trends in Digital Trade Development and International Economic and Trade Rules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6AC6D4" w14:textId="77777777" w:rsidR="00981150" w:rsidRDefault="001A7B52">
            <w:pPr>
              <w:jc w:val="center"/>
            </w:pPr>
            <w:r>
              <w:t>Beijing</w:t>
            </w:r>
          </w:p>
        </w:tc>
      </w:tr>
      <w:tr w:rsidR="00981150" w14:paraId="2A98BE17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FB37CE" w14:textId="52493E3F" w:rsidR="00981150" w:rsidRDefault="007F10C3">
            <w:pPr>
              <w:keepNext/>
              <w:jc w:val="center"/>
            </w:pPr>
            <w:r>
              <w:rPr>
                <w:b/>
              </w:rPr>
              <w:t>Tuesday 8 December 2026</w:t>
            </w:r>
          </w:p>
        </w:tc>
      </w:tr>
      <w:tr w:rsidR="00981150" w14:paraId="7B572AA1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C153B1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B49740" w14:textId="77777777" w:rsidR="00981150" w:rsidRDefault="001A7B52">
            <w:pPr>
              <w:keepNext/>
            </w:pPr>
            <w:r>
              <w:t>On-site Learning: Exploring China's Experience in National Governance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1B45F2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38A945DD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0B5AE6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AAFF80" w14:textId="77777777" w:rsidR="00981150" w:rsidRDefault="001A7B52">
            <w:r>
              <w:t>Discussion Session: Exchange with the National Data Administration / Cyberspace Administration of China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189217" w14:textId="77777777" w:rsidR="00981150" w:rsidRDefault="001A7B52">
            <w:pPr>
              <w:jc w:val="center"/>
            </w:pPr>
            <w:r>
              <w:t>Beijing</w:t>
            </w:r>
          </w:p>
        </w:tc>
      </w:tr>
      <w:tr w:rsidR="00981150" w14:paraId="3921F7A5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7BC42E" w14:textId="08383D14" w:rsidR="00981150" w:rsidRDefault="007F10C3">
            <w:pPr>
              <w:keepNext/>
              <w:jc w:val="center"/>
            </w:pPr>
            <w:r>
              <w:rPr>
                <w:b/>
              </w:rPr>
              <w:t>Wednesday 9 December 2026</w:t>
            </w:r>
          </w:p>
        </w:tc>
      </w:tr>
      <w:tr w:rsidR="00981150" w14:paraId="007B43E8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265419" w14:textId="77777777" w:rsidR="00981150" w:rsidRDefault="001A7B52">
            <w:pPr>
              <w:keepNext/>
              <w:jc w:val="center"/>
            </w:pPr>
            <w:r>
              <w:t>09h00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753725" w14:textId="77777777" w:rsidR="00981150" w:rsidRDefault="001A7B52">
            <w:pPr>
              <w:keepNext/>
            </w:pPr>
            <w:r>
              <w:t>Study Visit: TAL Education Group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D16E24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61768D76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E8D32E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FA5284" w14:textId="77777777" w:rsidR="00981150" w:rsidRDefault="001A7B52">
            <w:r>
              <w:t>Study Visit: Lenovo Group Limited; Xiaomi Group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3C903F" w14:textId="77777777" w:rsidR="00981150" w:rsidRDefault="001A7B52">
            <w:pPr>
              <w:jc w:val="center"/>
            </w:pPr>
            <w:r>
              <w:t>Beijing</w:t>
            </w:r>
          </w:p>
        </w:tc>
      </w:tr>
      <w:tr w:rsidR="00981150" w14:paraId="5DEA1D57" w14:textId="77777777">
        <w:trPr>
          <w:cantSplit/>
          <w:tblCellSpacing w:w="0" w:type="dxa"/>
          <w:jc w:val="center"/>
        </w:trPr>
        <w:tc>
          <w:tcPr>
            <w:tcW w:w="941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BF8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462444" w14:textId="44BFF4DE" w:rsidR="00981150" w:rsidRDefault="007F10C3">
            <w:pPr>
              <w:keepNext/>
              <w:jc w:val="center"/>
            </w:pPr>
            <w:r>
              <w:rPr>
                <w:b/>
              </w:rPr>
              <w:t>Thursday 10 December 2026</w:t>
            </w:r>
          </w:p>
        </w:tc>
      </w:tr>
      <w:tr w:rsidR="00981150" w14:paraId="33969525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748E3C" w14:textId="77777777" w:rsidR="00981150" w:rsidRDefault="001A7B52">
            <w:pPr>
              <w:keepNext/>
              <w:jc w:val="center"/>
            </w:pPr>
            <w:r>
              <w:t>08h00 – 11h00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8188C4" w14:textId="77777777" w:rsidR="00981150" w:rsidRDefault="001A7B52">
            <w:pPr>
              <w:keepNext/>
            </w:pPr>
            <w:r>
              <w:t>Discussion Session: Group Discussions, Experience Sharing and Feedback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686926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3DF827FC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2E48B14" w14:textId="77777777" w:rsidR="00981150" w:rsidRDefault="001A7B52">
            <w:pPr>
              <w:keepNext/>
              <w:jc w:val="center"/>
            </w:pPr>
            <w:r>
              <w:t>11h00 – 12h00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B8418E" w14:textId="77777777" w:rsidR="00981150" w:rsidRDefault="001A7B52">
            <w:pPr>
              <w:keepNext/>
            </w:pPr>
            <w:r>
              <w:t>Closing Ceremony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B79C69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7C106434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22BF18" w14:textId="77777777" w:rsidR="00981150" w:rsidRDefault="001A7B52">
            <w:pPr>
              <w:keepNext/>
              <w:jc w:val="center"/>
            </w:pPr>
            <w:r>
              <w:t>12h00 – 13h30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09DFAC" w14:textId="77777777" w:rsidR="00981150" w:rsidRDefault="001A7B52">
            <w:pPr>
              <w:keepNext/>
            </w:pPr>
            <w:r>
              <w:t>Farewell Luncheon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D6AF50" w14:textId="77777777" w:rsidR="00981150" w:rsidRDefault="001A7B52">
            <w:pPr>
              <w:keepNext/>
              <w:jc w:val="center"/>
            </w:pPr>
            <w:r>
              <w:t>Beijing</w:t>
            </w:r>
          </w:p>
        </w:tc>
      </w:tr>
      <w:tr w:rsidR="00981150" w14:paraId="41839907" w14:textId="77777777">
        <w:trPr>
          <w:cantSplit/>
          <w:tblCellSpacing w:w="0" w:type="dxa"/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E11E6C" w14:textId="77777777" w:rsidR="00981150" w:rsidRDefault="001A7B52">
            <w:pPr>
              <w:jc w:val="center"/>
            </w:pPr>
            <w:r>
              <w:t>14h00 – 17h00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58CEB5" w14:textId="77777777" w:rsidR="00981150" w:rsidRDefault="001A7B52">
            <w:r>
              <w:t>Officials Prepare for Departure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FEB572" w14:textId="77777777" w:rsidR="00981150" w:rsidRDefault="001A7B52">
            <w:pPr>
              <w:jc w:val="center"/>
            </w:pPr>
            <w:r>
              <w:t>Beijing</w:t>
            </w:r>
          </w:p>
        </w:tc>
      </w:tr>
    </w:tbl>
    <w:p w14:paraId="70926760" w14:textId="77777777" w:rsidR="00981150" w:rsidRDefault="00981150">
      <w:pPr>
        <w:keepNext/>
        <w:spacing w:line="140" w:lineRule="exact"/>
      </w:pPr>
    </w:p>
    <w:p w14:paraId="529C5616" w14:textId="5DACD485" w:rsidR="00981150" w:rsidRDefault="00981150"/>
    <w:sectPr w:rsidR="00981150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3A7DE" w14:textId="77777777" w:rsidR="001A7B52" w:rsidRDefault="001A7B52">
      <w:pPr>
        <w:spacing w:line="240" w:lineRule="auto"/>
      </w:pPr>
      <w:r>
        <w:separator/>
      </w:r>
    </w:p>
  </w:endnote>
  <w:endnote w:type="continuationSeparator" w:id="0">
    <w:p w14:paraId="4DA8DBA7" w14:textId="77777777" w:rsidR="001A7B52" w:rsidRDefault="001A7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C1C9" w14:textId="77777777" w:rsidR="00640837" w:rsidRDefault="00640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C00D" w14:textId="77777777" w:rsidR="00981150" w:rsidRDefault="001A7B52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7F10C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43AE4" w14:textId="77777777" w:rsidR="00640837" w:rsidRDefault="00640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FE455" w14:textId="77777777" w:rsidR="001A7B52" w:rsidRDefault="001A7B52">
      <w:pPr>
        <w:spacing w:line="240" w:lineRule="auto"/>
      </w:pPr>
      <w:r>
        <w:separator/>
      </w:r>
    </w:p>
  </w:footnote>
  <w:footnote w:type="continuationSeparator" w:id="0">
    <w:p w14:paraId="6171AC76" w14:textId="77777777" w:rsidR="001A7B52" w:rsidRDefault="001A7B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4ED5" w14:textId="1B24FF5B" w:rsidR="007F10C3" w:rsidRDefault="0064083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64FAA8" wp14:editId="4D7FB630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600176010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8F1B120" w14:textId="77777777" w:rsidR="00640837" w:rsidRDefault="00640837" w:rsidP="00640837">
                          <w:pPr>
                            <w:spacing w:line="240" w:lineRule="auto"/>
                          </w:pPr>
                          <w:r w:rsidRPr="00640837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64FAA8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5.5pt;height:71.7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" filled="f" stroked="f" strokeweight=".5pt">
              <v:textbox style="layout-flow:vertical;mso-fit-shape-to-text:t">
                <w:txbxContent>
                  <w:p w14:paraId="68F1B120" w14:textId="77777777" w:rsidR="00640837" w:rsidRDefault="00640837" w:rsidP="00640837">
                    <w:pPr>
                      <w:spacing w:line="240" w:lineRule="auto"/>
                    </w:pPr>
                    <w:r w:rsidRPr="00640837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0715" w14:textId="42BC5745" w:rsidR="007F10C3" w:rsidRDefault="0064083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CC024" wp14:editId="06D02240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520933950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0BD377" w14:textId="77777777" w:rsidR="00640837" w:rsidRDefault="00640837" w:rsidP="00640837">
                          <w:pPr>
                            <w:spacing w:line="240" w:lineRule="auto"/>
                          </w:pPr>
                          <w:r w:rsidRPr="00640837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6CC024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5.5pt;height:71.7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" filled="f" stroked="f" strokeweight=".5pt">
              <v:textbox style="layout-flow:vertical;mso-fit-shape-to-text:t">
                <w:txbxContent>
                  <w:p w14:paraId="4A0BD377" w14:textId="77777777" w:rsidR="00640837" w:rsidRDefault="00640837" w:rsidP="00640837">
                    <w:pPr>
                      <w:spacing w:line="240" w:lineRule="auto"/>
                    </w:pPr>
                    <w:r w:rsidRPr="00640837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1959" w14:textId="20CB105E" w:rsidR="007F10C3" w:rsidRDefault="0064083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3FA251" wp14:editId="71E4933E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907762546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9BE9E47" w14:textId="77777777" w:rsidR="00640837" w:rsidRDefault="00640837" w:rsidP="00640837">
                          <w:pPr>
                            <w:spacing w:line="240" w:lineRule="auto"/>
                          </w:pPr>
                          <w:r w:rsidRPr="00640837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3FA251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5.5pt;height:71.7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" filled="f" stroked="f" strokeweight=".5pt">
              <v:textbox style="layout-flow:vertical;mso-fit-shape-to-text:t">
                <w:txbxContent>
                  <w:p w14:paraId="79BE9E47" w14:textId="77777777" w:rsidR="00640837" w:rsidRDefault="00640837" w:rsidP="00640837">
                    <w:pPr>
                      <w:spacing w:line="240" w:lineRule="auto"/>
                    </w:pPr>
                    <w:r w:rsidRPr="00640837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3222076">
    <w:abstractNumId w:val="8"/>
  </w:num>
  <w:num w:numId="2" w16cid:durableId="54279492">
    <w:abstractNumId w:val="6"/>
  </w:num>
  <w:num w:numId="3" w16cid:durableId="771246862">
    <w:abstractNumId w:val="5"/>
  </w:num>
  <w:num w:numId="4" w16cid:durableId="1016614751">
    <w:abstractNumId w:val="4"/>
  </w:num>
  <w:num w:numId="5" w16cid:durableId="1019741196">
    <w:abstractNumId w:val="7"/>
  </w:num>
  <w:num w:numId="6" w16cid:durableId="1162090129">
    <w:abstractNumId w:val="3"/>
  </w:num>
  <w:num w:numId="7" w16cid:durableId="134419710">
    <w:abstractNumId w:val="2"/>
  </w:num>
  <w:num w:numId="8" w16cid:durableId="21828050">
    <w:abstractNumId w:val="1"/>
  </w:num>
  <w:num w:numId="9" w16cid:durableId="19701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25A"/>
    <w:rsid w:val="0006063C"/>
    <w:rsid w:val="000C2492"/>
    <w:rsid w:val="0015074B"/>
    <w:rsid w:val="001A7B52"/>
    <w:rsid w:val="0029639D"/>
    <w:rsid w:val="00326F90"/>
    <w:rsid w:val="00640837"/>
    <w:rsid w:val="007F10C3"/>
    <w:rsid w:val="00981150"/>
    <w:rsid w:val="00A063E0"/>
    <w:rsid w:val="00AA1D8D"/>
    <w:rsid w:val="00B47730"/>
    <w:rsid w:val="00CB0664"/>
    <w:rsid w:val="00FB41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E8DD99"/>
  <w14:defaultImageDpi w14:val="330"/>
  <w15:docId w15:val="{608B26CC-3DFD-406C-9997-01AD48BB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e0e88e79-4306-4505-b126-f4b30c0b5cca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86BF7-6E82-406D-8015-BD97A5BE91E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Yanga, Di-Mawete Jean</cp:lastModifiedBy>
  <cp:revision>4</cp:revision>
  <dcterms:created xsi:type="dcterms:W3CDTF">2013-12-23T23:15:00Z</dcterms:created>
  <dcterms:modified xsi:type="dcterms:W3CDTF">2026-10-15T17:15:00Z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e0e88e79-4306-4505-b126-f4b30c0b5cca</vt:lpwstr>
  </property>
  <property fmtid="{D5CDD505-2E9C-101B-9397-08002B2CF9AE}" pid="3" name="WTOCLASSIFICATION">
    <vt:lpwstr>INTERNAL</vt:lpwstr>
  </property>
</Properties>
</file>